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53AE" w14:textId="77777777" w:rsidR="00205E69" w:rsidRDefault="00000000" w:rsidP="003338EC">
      <w:pPr>
        <w:pStyle w:val="Ttulo1"/>
        <w:jc w:val="center"/>
      </w:pPr>
      <w:r>
        <w:t>CONTRATO DE ARRENDAMIENTO DE TRASTERO</w:t>
      </w:r>
    </w:p>
    <w:p w14:paraId="45F57162" w14:textId="77777777" w:rsidR="003338EC" w:rsidRPr="003338EC" w:rsidRDefault="003338EC" w:rsidP="003338EC"/>
    <w:p w14:paraId="5C161852" w14:textId="77777777" w:rsidR="00205E69" w:rsidRPr="003338EC" w:rsidRDefault="00000000">
      <w:pPr>
        <w:rPr>
          <w:b/>
          <w:bCs/>
        </w:rPr>
      </w:pPr>
      <w:r>
        <w:br/>
      </w:r>
      <w:r w:rsidRPr="003338EC">
        <w:rPr>
          <w:b/>
          <w:bCs/>
        </w:rPr>
        <w:t>REUNIDOS</w:t>
      </w:r>
    </w:p>
    <w:p w14:paraId="56AFE106" w14:textId="77777777" w:rsidR="00205E69" w:rsidRDefault="00000000">
      <w:r>
        <w:t>De una parte, D./</w:t>
      </w:r>
      <w:proofErr w:type="gramStart"/>
      <w:r>
        <w:t>D.ª</w:t>
      </w:r>
      <w:proofErr w:type="gramEnd"/>
      <w:r>
        <w:t xml:space="preserve"> [NOMBRE COMPLETO DEL ARRENDADOR], con DNI [DNI], y domicilio en [DIRECCIÓN COMPLETA].</w:t>
      </w:r>
    </w:p>
    <w:p w14:paraId="345877DA" w14:textId="77777777" w:rsidR="00205E69" w:rsidRDefault="00000000">
      <w:r>
        <w:t>Y de otra, D./D.ª [NOMBRE COMPLETO DEL ARRENDATARIO], con DNI [DNI], y domicilio en [DIRECCIÓN COMPLETA].</w:t>
      </w:r>
    </w:p>
    <w:p w14:paraId="40FAA369" w14:textId="77777777" w:rsidR="00205E69" w:rsidRPr="003338EC" w:rsidRDefault="00000000">
      <w:pPr>
        <w:rPr>
          <w:b/>
          <w:bCs/>
        </w:rPr>
      </w:pPr>
      <w:r w:rsidRPr="003338EC">
        <w:rPr>
          <w:b/>
          <w:bCs/>
        </w:rPr>
        <w:t>EXPONEN</w:t>
      </w:r>
    </w:p>
    <w:p w14:paraId="6A5BDC57" w14:textId="77777777" w:rsidR="00205E69" w:rsidRDefault="00000000">
      <w:r>
        <w:t xml:space="preserve">Que el arrendador es titular del trastero situado en [DIRECCIÓN COMPLETA DEL TRASTERO] y desea arrendarlo al arrendatario, quien manifiesta su voluntad de ocuparlo en las condiciones que se </w:t>
      </w:r>
      <w:proofErr w:type="spellStart"/>
      <w:r>
        <w:t>estipulan</w:t>
      </w:r>
      <w:proofErr w:type="spellEnd"/>
      <w:r>
        <w:t xml:space="preserve"> a </w:t>
      </w:r>
      <w:proofErr w:type="spellStart"/>
      <w:r>
        <w:t>continuación</w:t>
      </w:r>
      <w:proofErr w:type="spellEnd"/>
      <w:r>
        <w:t>.</w:t>
      </w:r>
    </w:p>
    <w:p w14:paraId="6E095C46" w14:textId="77777777" w:rsidR="003338EC" w:rsidRDefault="003338EC"/>
    <w:p w14:paraId="6120F6B5" w14:textId="77777777" w:rsidR="00205E69" w:rsidRDefault="00000000">
      <w:pPr>
        <w:rPr>
          <w:b/>
          <w:bCs/>
        </w:rPr>
      </w:pPr>
      <w:r w:rsidRPr="003338EC">
        <w:rPr>
          <w:b/>
          <w:bCs/>
        </w:rPr>
        <w:t>CLÁUSULAS</w:t>
      </w:r>
    </w:p>
    <w:p w14:paraId="60FC838C" w14:textId="77777777" w:rsidR="003338EC" w:rsidRPr="003338EC" w:rsidRDefault="003338EC">
      <w:pPr>
        <w:rPr>
          <w:b/>
          <w:bCs/>
        </w:rPr>
      </w:pPr>
    </w:p>
    <w:p w14:paraId="79D3F306" w14:textId="77777777" w:rsidR="003338EC" w:rsidRDefault="00000000">
      <w:pPr>
        <w:rPr>
          <w:b/>
          <w:bCs/>
        </w:rPr>
      </w:pPr>
      <w:proofErr w:type="spellStart"/>
      <w:r w:rsidRPr="003338EC">
        <w:rPr>
          <w:b/>
          <w:bCs/>
        </w:rPr>
        <w:t>Objeto</w:t>
      </w:r>
      <w:proofErr w:type="spellEnd"/>
      <w:r w:rsidRPr="003338EC">
        <w:rPr>
          <w:b/>
          <w:bCs/>
        </w:rPr>
        <w:t xml:space="preserve"> del </w:t>
      </w:r>
      <w:proofErr w:type="spellStart"/>
      <w:r w:rsidRPr="003338EC">
        <w:rPr>
          <w:b/>
          <w:bCs/>
        </w:rPr>
        <w:t>contrato</w:t>
      </w:r>
      <w:proofErr w:type="spellEnd"/>
    </w:p>
    <w:p w14:paraId="48A55652" w14:textId="0396CCC9" w:rsidR="00205E69" w:rsidRDefault="00000000">
      <w:r>
        <w:t xml:space="preserve">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contrato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por objeto el arrendamiento del trastero descrito, destinado exclusivamente al almacenamiento de enseres, objetos personales o mercancía, quedando prohibido cualquier otro uso.</w:t>
      </w:r>
    </w:p>
    <w:p w14:paraId="2E18D89B" w14:textId="77777777" w:rsidR="003338EC" w:rsidRDefault="00000000">
      <w:pPr>
        <w:rPr>
          <w:b/>
          <w:bCs/>
        </w:rPr>
      </w:pPr>
      <w:proofErr w:type="spellStart"/>
      <w:r w:rsidRPr="003338EC">
        <w:rPr>
          <w:b/>
          <w:bCs/>
        </w:rPr>
        <w:t>Duración</w:t>
      </w:r>
      <w:proofErr w:type="spellEnd"/>
    </w:p>
    <w:p w14:paraId="09ED5618" w14:textId="0A3A7107" w:rsidR="00205E69" w:rsidRDefault="00000000">
      <w:r>
        <w:t xml:space="preserve">El </w:t>
      </w:r>
      <w:proofErr w:type="spellStart"/>
      <w:r>
        <w:t>contrato</w:t>
      </w:r>
      <w:proofErr w:type="spellEnd"/>
      <w:r>
        <w:t xml:space="preserve"> </w:t>
      </w:r>
      <w:proofErr w:type="spellStart"/>
      <w:r>
        <w:t>tendrá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duración de [DURACIÓN: MESES/AÑOS], iniciándose el día [FECHA DE INICIO], y se renovará automáticamente salvo notificación escrita de alguna de las partes con [Nº] días de antelación.</w:t>
      </w:r>
    </w:p>
    <w:p w14:paraId="760CE849" w14:textId="77777777" w:rsidR="003338EC" w:rsidRDefault="00000000">
      <w:pPr>
        <w:rPr>
          <w:b/>
          <w:bCs/>
        </w:rPr>
      </w:pPr>
      <w:proofErr w:type="spellStart"/>
      <w:r w:rsidRPr="003338EC">
        <w:rPr>
          <w:b/>
          <w:bCs/>
        </w:rPr>
        <w:t>Renta</w:t>
      </w:r>
      <w:proofErr w:type="spellEnd"/>
    </w:p>
    <w:p w14:paraId="710C8313" w14:textId="68383F04" w:rsidR="00205E69" w:rsidRDefault="00000000">
      <w:r>
        <w:t xml:space="preserve">El </w:t>
      </w:r>
      <w:proofErr w:type="spellStart"/>
      <w:r>
        <w:t>arrendatario</w:t>
      </w:r>
      <w:proofErr w:type="spellEnd"/>
      <w:r>
        <w:t xml:space="preserve"> </w:t>
      </w:r>
      <w:proofErr w:type="spellStart"/>
      <w:r>
        <w:t>abonará</w:t>
      </w:r>
      <w:proofErr w:type="spellEnd"/>
      <w:r>
        <w:t xml:space="preserve"> al arrendador una renta mensual de [CANTIDAD EN EUROS] €, dentro de los cinco primeros días de cada mes, mediante [FORMA DE PAGO].</w:t>
      </w:r>
    </w:p>
    <w:p w14:paraId="49FE49D0" w14:textId="77777777" w:rsidR="003338EC" w:rsidRDefault="00000000">
      <w:pPr>
        <w:rPr>
          <w:b/>
          <w:bCs/>
        </w:rPr>
      </w:pPr>
      <w:proofErr w:type="spellStart"/>
      <w:r w:rsidRPr="003338EC">
        <w:rPr>
          <w:b/>
          <w:bCs/>
        </w:rPr>
        <w:t>Fianza</w:t>
      </w:r>
      <w:proofErr w:type="spellEnd"/>
    </w:p>
    <w:p w14:paraId="080D5E20" w14:textId="3B629A23" w:rsidR="00205E69" w:rsidRDefault="00000000">
      <w:r>
        <w:t xml:space="preserve">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de la firma, el arrendatario entrega la cantidad de [CANTIDAD EN EUROS] € en concepto de fianza, que será devuelta al finalizar el contrato si no existen daños ni cantidades pendientes.</w:t>
      </w:r>
    </w:p>
    <w:p w14:paraId="71FD1FC8" w14:textId="77777777" w:rsidR="003338EC" w:rsidRDefault="00000000">
      <w:pPr>
        <w:rPr>
          <w:b/>
          <w:bCs/>
        </w:rPr>
      </w:pPr>
      <w:proofErr w:type="spellStart"/>
      <w:r w:rsidRPr="003338EC">
        <w:rPr>
          <w:b/>
          <w:bCs/>
        </w:rPr>
        <w:lastRenderedPageBreak/>
        <w:t>Normas</w:t>
      </w:r>
      <w:proofErr w:type="spellEnd"/>
      <w:r w:rsidRPr="003338EC">
        <w:rPr>
          <w:b/>
          <w:bCs/>
        </w:rPr>
        <w:t xml:space="preserve"> de </w:t>
      </w:r>
      <w:proofErr w:type="spellStart"/>
      <w:r w:rsidRPr="003338EC">
        <w:rPr>
          <w:b/>
          <w:bCs/>
        </w:rPr>
        <w:t>uso</w:t>
      </w:r>
      <w:proofErr w:type="spellEnd"/>
    </w:p>
    <w:p w14:paraId="593052B1" w14:textId="77777777" w:rsidR="003338EC" w:rsidRDefault="00000000">
      <w:r>
        <w:t xml:space="preserve">El trastero se </w:t>
      </w:r>
      <w:proofErr w:type="spellStart"/>
      <w:r>
        <w:t>utilizará</w:t>
      </w:r>
      <w:proofErr w:type="spellEnd"/>
      <w:r>
        <w:t xml:space="preserve"> </w:t>
      </w:r>
      <w:proofErr w:type="spellStart"/>
      <w:r>
        <w:t>exclusivamente</w:t>
      </w:r>
      <w:proofErr w:type="spellEnd"/>
      <w:r>
        <w:t xml:space="preserve"> para </w:t>
      </w:r>
      <w:proofErr w:type="spellStart"/>
      <w:r>
        <w:t>almacenamiento.</w:t>
      </w:r>
      <w:proofErr w:type="spellEnd"/>
    </w:p>
    <w:p w14:paraId="03E0AC99" w14:textId="0C0FE77D" w:rsidR="00205E69" w:rsidRDefault="00000000">
      <w:proofErr w:type="spellStart"/>
      <w:r>
        <w:t>Queda</w:t>
      </w:r>
      <w:proofErr w:type="spellEnd"/>
      <w:r>
        <w:t xml:space="preserve"> </w:t>
      </w:r>
      <w:proofErr w:type="spellStart"/>
      <w:r>
        <w:t>expresamente</w:t>
      </w:r>
      <w:proofErr w:type="spellEnd"/>
      <w:r>
        <w:t xml:space="preserve"> </w:t>
      </w:r>
      <w:proofErr w:type="spellStart"/>
      <w:r>
        <w:t>prohibido</w:t>
      </w:r>
      <w:proofErr w:type="spellEnd"/>
      <w:r>
        <w:t xml:space="preserve"> </w:t>
      </w:r>
      <w:proofErr w:type="spellStart"/>
      <w:r>
        <w:t>almacenar</w:t>
      </w:r>
      <w:proofErr w:type="spellEnd"/>
      <w:r>
        <w:t xml:space="preserve"> </w:t>
      </w:r>
      <w:proofErr w:type="spellStart"/>
      <w:r>
        <w:t>productos</w:t>
      </w:r>
      <w:proofErr w:type="spellEnd"/>
      <w:r>
        <w:t xml:space="preserve"> inflamables, peligrosos, ilegales o que puedan causar daños, humedad, malos olores o riesgos al inmueble.</w:t>
      </w:r>
    </w:p>
    <w:p w14:paraId="341D019A" w14:textId="77777777" w:rsidR="003338EC" w:rsidRDefault="00000000">
      <w:pPr>
        <w:rPr>
          <w:b/>
          <w:bCs/>
        </w:rPr>
      </w:pPr>
      <w:proofErr w:type="spellStart"/>
      <w:r w:rsidRPr="003338EC">
        <w:rPr>
          <w:b/>
          <w:bCs/>
        </w:rPr>
        <w:t>Responsabilidad</w:t>
      </w:r>
      <w:proofErr w:type="spellEnd"/>
      <w:r w:rsidRPr="003338EC">
        <w:rPr>
          <w:b/>
          <w:bCs/>
        </w:rPr>
        <w:t xml:space="preserve"> y </w:t>
      </w:r>
      <w:proofErr w:type="spellStart"/>
      <w:r w:rsidRPr="003338EC">
        <w:rPr>
          <w:b/>
          <w:bCs/>
        </w:rPr>
        <w:t>conservación</w:t>
      </w:r>
      <w:proofErr w:type="spellEnd"/>
    </w:p>
    <w:p w14:paraId="0612C924" w14:textId="77777777" w:rsidR="003338EC" w:rsidRDefault="00000000">
      <w:r>
        <w:t xml:space="preserve">El arrendador no se hace responsable de los daños, robos o pérdidas que puedan producirse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bienes</w:t>
      </w:r>
      <w:proofErr w:type="spellEnd"/>
      <w:r>
        <w:t xml:space="preserve"> </w:t>
      </w:r>
      <w:proofErr w:type="spellStart"/>
      <w:r>
        <w:t>almacenados</w:t>
      </w:r>
      <w:proofErr w:type="spellEnd"/>
      <w:r>
        <w:t>.</w:t>
      </w:r>
    </w:p>
    <w:p w14:paraId="5D4A1B2F" w14:textId="19BB3097" w:rsidR="00205E69" w:rsidRDefault="00000000">
      <w:r>
        <w:t xml:space="preserve">El </w:t>
      </w:r>
      <w:proofErr w:type="spellStart"/>
      <w:r>
        <w:t>arrendatario</w:t>
      </w:r>
      <w:proofErr w:type="spellEnd"/>
      <w:r>
        <w:t xml:space="preserve"> se </w:t>
      </w:r>
      <w:proofErr w:type="spellStart"/>
      <w:r>
        <w:t>compromete</w:t>
      </w:r>
      <w:proofErr w:type="spellEnd"/>
      <w:r>
        <w:t xml:space="preserve"> a mantener el trastero limpio y en buen estado.</w:t>
      </w:r>
    </w:p>
    <w:p w14:paraId="6B5FA798" w14:textId="77777777" w:rsidR="003338EC" w:rsidRDefault="00000000">
      <w:pPr>
        <w:rPr>
          <w:b/>
          <w:bCs/>
        </w:rPr>
      </w:pPr>
      <w:proofErr w:type="spellStart"/>
      <w:r w:rsidRPr="003338EC">
        <w:rPr>
          <w:b/>
          <w:bCs/>
        </w:rPr>
        <w:t>Resolución</w:t>
      </w:r>
      <w:proofErr w:type="spellEnd"/>
      <w:r w:rsidRPr="003338EC">
        <w:rPr>
          <w:b/>
          <w:bCs/>
        </w:rPr>
        <w:t xml:space="preserve"> del </w:t>
      </w:r>
      <w:proofErr w:type="spellStart"/>
      <w:r w:rsidRPr="003338EC">
        <w:rPr>
          <w:b/>
          <w:bCs/>
        </w:rPr>
        <w:t>contrato</w:t>
      </w:r>
      <w:proofErr w:type="spellEnd"/>
    </w:p>
    <w:p w14:paraId="7F01BD5A" w14:textId="4FAD52E0" w:rsidR="00205E69" w:rsidRDefault="00000000">
      <w:r>
        <w:t xml:space="preserve">El contrato podrá resolverse por incumplimiento de cualquiera de las partes, previa </w:t>
      </w:r>
      <w:proofErr w:type="spellStart"/>
      <w:r>
        <w:t>notificación</w:t>
      </w:r>
      <w:proofErr w:type="spellEnd"/>
      <w:r>
        <w:t xml:space="preserve"> </w:t>
      </w:r>
      <w:proofErr w:type="spellStart"/>
      <w:r>
        <w:t>fehaciente</w:t>
      </w:r>
      <w:proofErr w:type="spellEnd"/>
      <w:r>
        <w:t>.</w:t>
      </w:r>
    </w:p>
    <w:p w14:paraId="134ABB72" w14:textId="77777777" w:rsidR="003338EC" w:rsidRDefault="003338EC"/>
    <w:p w14:paraId="00CA1964" w14:textId="77777777" w:rsidR="00205E69" w:rsidRDefault="00000000">
      <w:r>
        <w:t xml:space="preserve">Y para que conste, firman el presente contrato por duplicado </w:t>
      </w:r>
      <w:proofErr w:type="spellStart"/>
      <w:r>
        <w:t>en</w:t>
      </w:r>
      <w:proofErr w:type="spellEnd"/>
      <w:r>
        <w:t xml:space="preserve"> [CIUDAD], a [FECHA].</w:t>
      </w:r>
    </w:p>
    <w:p w14:paraId="398E9EEE" w14:textId="77777777" w:rsidR="003338EC" w:rsidRDefault="003338EC"/>
    <w:p w14:paraId="43904B4E" w14:textId="77777777" w:rsidR="003338EC" w:rsidRDefault="003338EC"/>
    <w:p w14:paraId="22C9F680" w14:textId="77777777" w:rsidR="003338EC" w:rsidRDefault="003338EC"/>
    <w:p w14:paraId="643CAFD2" w14:textId="77777777" w:rsidR="00205E69" w:rsidRDefault="00000000">
      <w:proofErr w:type="spellStart"/>
      <w:r>
        <w:t>Firma</w:t>
      </w:r>
      <w:proofErr w:type="spellEnd"/>
      <w:r>
        <w:t xml:space="preserve"> del </w:t>
      </w:r>
      <w:proofErr w:type="spellStart"/>
      <w:r>
        <w:t>arrendador</w:t>
      </w:r>
      <w:proofErr w:type="spellEnd"/>
      <w:r>
        <w:t>: _____________________</w:t>
      </w:r>
    </w:p>
    <w:p w14:paraId="0A837995" w14:textId="77777777" w:rsidR="003338EC" w:rsidRDefault="003338EC"/>
    <w:p w14:paraId="2A064155" w14:textId="77777777" w:rsidR="003338EC" w:rsidRDefault="003338EC"/>
    <w:p w14:paraId="5B6FED95" w14:textId="77777777" w:rsidR="003338EC" w:rsidRDefault="003338EC"/>
    <w:p w14:paraId="073208B9" w14:textId="77777777" w:rsidR="00205E69" w:rsidRDefault="00000000">
      <w:r>
        <w:t>Firma del arrendatario: _____________________</w:t>
      </w:r>
      <w:r>
        <w:br/>
      </w:r>
    </w:p>
    <w:sectPr w:rsidR="00205E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4139657">
    <w:abstractNumId w:val="8"/>
  </w:num>
  <w:num w:numId="2" w16cid:durableId="1141121534">
    <w:abstractNumId w:val="6"/>
  </w:num>
  <w:num w:numId="3" w16cid:durableId="145636864">
    <w:abstractNumId w:val="5"/>
  </w:num>
  <w:num w:numId="4" w16cid:durableId="757094667">
    <w:abstractNumId w:val="4"/>
  </w:num>
  <w:num w:numId="5" w16cid:durableId="1582372067">
    <w:abstractNumId w:val="7"/>
  </w:num>
  <w:num w:numId="6" w16cid:durableId="1866601335">
    <w:abstractNumId w:val="3"/>
  </w:num>
  <w:num w:numId="7" w16cid:durableId="1770084428">
    <w:abstractNumId w:val="2"/>
  </w:num>
  <w:num w:numId="8" w16cid:durableId="954599679">
    <w:abstractNumId w:val="1"/>
  </w:num>
  <w:num w:numId="9" w16cid:durableId="143713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5E69"/>
    <w:rsid w:val="0029639D"/>
    <w:rsid w:val="00326F90"/>
    <w:rsid w:val="003338EC"/>
    <w:rsid w:val="00350D4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996D4"/>
  <w14:defaultImageDpi w14:val="300"/>
  <w15:docId w15:val="{EFA117FF-F317-4139-B27E-BAC16F20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Villalba Santos</cp:lastModifiedBy>
  <cp:revision>3</cp:revision>
  <dcterms:created xsi:type="dcterms:W3CDTF">2013-12-23T23:15:00Z</dcterms:created>
  <dcterms:modified xsi:type="dcterms:W3CDTF">2026-01-27T14:10:00Z</dcterms:modified>
  <cp:category/>
</cp:coreProperties>
</file>