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AL JUZGADO DE LO SOCIAL QUE POR TURNO CORRESPONDA</w:t>
      </w:r>
    </w:p>
    <w:p>
      <w:r>
        <w:t>Don/Doña [Nombre y Apellidos], mayor de edad, con DNI [Número de DNI], y domicilio en [Dirección completa], ante el Juzgado de lo Social comparezco y, como mejor proceda en derecho,</w:t>
      </w:r>
    </w:p>
    <w:p>
      <w:r>
        <w:br/>
        <w:t>DIGO:</w:t>
        <w:br/>
      </w:r>
    </w:p>
    <w:p>
      <w:r>
        <w:t>Que mediante el presente escrito, interpongo demanda en materia de prestaciones sociales contra el Instituto Nacional de la Seguridad Social (INSS), con domicilio en [Dirección del INSS], en base a los siguientes</w:t>
      </w:r>
    </w:p>
    <w:p>
      <w:pPr>
        <w:pStyle w:val="Heading2"/>
      </w:pPr>
      <w:r>
        <w:br/>
        <w:t>HECHOS</w:t>
      </w:r>
    </w:p>
    <w:p>
      <w:r>
        <w:t>Primero: Que con fecha [Fecha de solicitud], presenté ante el Instituto Nacional de la Seguridad Social solicitud para la concesión del Ingreso Mínimo Vital, al amparo del Real Decreto-ley 20/2020, de 29 de mayo, por el que se establece el ingreso mínimo vital.</w:t>
      </w:r>
    </w:p>
    <w:p>
      <w:r>
        <w:t>Segundo: Que con fecha [Fecha de la resolución], el INSS emitió resolución denegatoria de mi solicitud, basándose en [Motivo de denegación especificado en la resolución].</w:t>
      </w:r>
    </w:p>
    <w:p>
      <w:r>
        <w:t>Tercero: Que el día [Fecha de reclamación previa], interpuse reclamación administrativa previa, la cual ha sido desestimada por la administración, o ha transcurrido el plazo de 45 días sin respuesta, por lo que queda abierta la vía judicial.</w:t>
      </w:r>
    </w:p>
    <w:p>
      <w:r>
        <w:t>Cuarto: Que considero que cumplo con los requisitos establecidos en el Real Decreto-ley 20/2020 para acceder al Ingreso Mínimo Vital, como demuestro con la documentación que adjunto a esta demanda.</w:t>
      </w:r>
    </w:p>
    <w:p>
      <w:pPr>
        <w:pStyle w:val="Heading2"/>
      </w:pPr>
      <w:r>
        <w:br/>
        <w:t>FUNDAMENTOS DE DERECHO</w:t>
      </w:r>
    </w:p>
    <w:p>
      <w:r>
        <w:t>I. Competencia y jurisdicción: Corresponde conocer de esta demanda a los Juzgados de lo Social, conforme al artículo 2 de la Ley Reguladora de la Jurisdicción Social, al tratarse de una controversia en materia de prestaciones de la Seguridad Social.</w:t>
      </w:r>
    </w:p>
    <w:p>
      <w:r>
        <w:t>II. Legitimación activa y pasiva: Soy parte legítima para la interposición de esta demanda en mi condición de solicitante del Ingreso Mínimo Vital. El Instituto Nacional de la Seguridad Social es la entidad demandada, responsable de la gestión y resolución de dicha prestación.</w:t>
      </w:r>
    </w:p>
    <w:p>
      <w:r>
        <w:t>III. Fondo del asunto: El Ingreso Mínimo Vital está regulado en el Real Decreto-ley 20/2020, y la normativa establece que [exponer los motivos por los cuales considera que cumple con los requisitos].</w:t>
      </w:r>
    </w:p>
    <w:p>
      <w:r>
        <w:t>IV. Documentación aportada: Se acompaña a esta demanda la siguiente documentación:</w:t>
        <w:br/>
        <w:br/>
        <w:t>• Resolución de denegación emitida por el INSS.</w:t>
        <w:br/>
        <w:t>• Reclamación administrativa previa.</w:t>
        <w:br/>
        <w:t>• Documentación acreditativa de ingresos, unidad de convivencia y otros requisitos pertinentes.</w:t>
      </w:r>
    </w:p>
    <w:p>
      <w:pPr>
        <w:pStyle w:val="Heading2"/>
      </w:pPr>
      <w:r>
        <w:br/>
        <w:t>SUPLICO AL JUZGADO:</w:t>
      </w:r>
    </w:p>
    <w:p>
      <w:r>
        <w:t>Que, habiendo por presentado este escrito junto con los documentos que lo acompañan, se sirva admitirlo y, previos los trámites legales oportunos, dicte sentencia por la que se condene al Instituto Nacional de la Seguridad Social a reconocer mi derecho a percibir el Ingreso Mínimo Vital, con efectos retroactivos desde la fecha de la solicitud, y al abono de las cantidades dejadas de percibir.</w:t>
      </w:r>
    </w:p>
    <w:p>
      <w:r>
        <w:br/>
        <w:t>Por ser de Justicia, que respetuosamente pido en [Ciudad], a [Fecha].</w:t>
      </w:r>
    </w:p>
    <w:p>
      <w:r>
        <w:br/>
        <w:t>Firma del demandante</w:t>
      </w:r>
    </w:p>
    <w:p>
      <w:r>
        <w:t>[Nombre y Apellidos]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